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7DCA9" w14:textId="47BBAE08" w:rsidR="00B93F0D" w:rsidRDefault="004829DE">
      <w:pPr>
        <w:spacing w:after="80"/>
        <w:jc w:val="center"/>
        <w:rPr>
          <w:lang w:eastAsia="ja-JP"/>
        </w:rPr>
      </w:pPr>
      <w:r>
        <w:rPr>
          <w:b/>
          <w:sz w:val="30"/>
          <w:lang w:eastAsia="ja-JP"/>
        </w:rPr>
        <w:t>市有地の活用に関する意見募集（サウンディング）</w:t>
      </w:r>
      <w:r>
        <w:rPr>
          <w:b/>
          <w:sz w:val="30"/>
          <w:lang w:eastAsia="ja-JP"/>
        </w:rPr>
        <w:br/>
        <w:t>意見提出書</w:t>
      </w:r>
      <w:r>
        <w:rPr>
          <w:rFonts w:hint="eastAsia"/>
          <w:b/>
          <w:sz w:val="30"/>
          <w:lang w:eastAsia="ja-JP"/>
        </w:rPr>
        <w:t>【</w:t>
      </w:r>
      <w:r w:rsidR="00B16037">
        <w:rPr>
          <w:rFonts w:hint="eastAsia"/>
          <w:b/>
          <w:sz w:val="30"/>
          <w:lang w:eastAsia="ja-JP"/>
        </w:rPr>
        <w:t>窓口・</w:t>
      </w:r>
      <w:r>
        <w:rPr>
          <w:b/>
          <w:sz w:val="30"/>
          <w:lang w:eastAsia="ja-JP"/>
        </w:rPr>
        <w:t>郵送用</w:t>
      </w:r>
      <w:r>
        <w:rPr>
          <w:rFonts w:hint="eastAsia"/>
          <w:b/>
          <w:sz w:val="30"/>
          <w:lang w:eastAsia="ja-JP"/>
        </w:rPr>
        <w:t>】</w:t>
      </w:r>
    </w:p>
    <w:p w14:paraId="33C8FCE9" w14:textId="77777777" w:rsidR="00B93F0D" w:rsidRDefault="004829DE">
      <w:pPr>
        <w:spacing w:after="80"/>
        <w:jc w:val="right"/>
      </w:pPr>
      <w:proofErr w:type="spellStart"/>
      <w:r>
        <w:rPr>
          <w:sz w:val="20"/>
        </w:rPr>
        <w:t>提出日</w:t>
      </w:r>
      <w:proofErr w:type="spellEnd"/>
      <w:r>
        <w:rPr>
          <w:sz w:val="20"/>
        </w:rPr>
        <w:t xml:space="preserve">　</w:t>
      </w:r>
      <w:proofErr w:type="spellStart"/>
      <w:r>
        <w:rPr>
          <w:sz w:val="20"/>
        </w:rPr>
        <w:t>令和</w:t>
      </w:r>
      <w:proofErr w:type="spellEnd"/>
      <w:r>
        <w:rPr>
          <w:sz w:val="20"/>
        </w:rPr>
        <w:t xml:space="preserve">　　年　　月　　日</w:t>
      </w:r>
    </w:p>
    <w:p w14:paraId="409B555B" w14:textId="77777777" w:rsidR="00B93F0D" w:rsidRDefault="004829DE">
      <w:pPr>
        <w:spacing w:after="100"/>
      </w:pPr>
      <w:r>
        <w:rPr>
          <w:sz w:val="22"/>
        </w:rPr>
        <w:t>館林市長　様</w:t>
      </w:r>
    </w:p>
    <w:p w14:paraId="22264E51" w14:textId="77777777" w:rsidR="00B93F0D" w:rsidRDefault="004829DE">
      <w:pPr>
        <w:spacing w:before="140" w:after="40"/>
      </w:pPr>
      <w:r>
        <w:rPr>
          <w:b/>
          <w:sz w:val="20"/>
        </w:rPr>
        <w:t>１　申込者（事業実施主体）</w:t>
      </w:r>
    </w:p>
    <w:tbl>
      <w:tblPr>
        <w:tblStyle w:val="afe"/>
        <w:tblW w:w="0" w:type="auto"/>
        <w:jc w:val="center"/>
        <w:tblLook w:val="04A0" w:firstRow="1" w:lastRow="0" w:firstColumn="1" w:lastColumn="0" w:noHBand="0" w:noVBand="1"/>
      </w:tblPr>
      <w:tblGrid>
        <w:gridCol w:w="1984"/>
        <w:gridCol w:w="8220"/>
      </w:tblGrid>
      <w:tr w:rsidR="00B93F0D" w14:paraId="78D996EA" w14:textId="77777777">
        <w:trPr>
          <w:trHeight w:val="36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32972D21" w14:textId="77777777" w:rsidR="00B93F0D" w:rsidRDefault="004829DE">
            <w:pPr>
              <w:jc w:val="center"/>
            </w:pPr>
            <w:r>
              <w:rPr>
                <w:b/>
              </w:rPr>
              <w:t>法人名</w:t>
            </w:r>
            <w:r>
              <w:rPr>
                <w:b/>
              </w:rPr>
              <w:br/>
              <w:t>（屋号）</w:t>
            </w:r>
          </w:p>
        </w:tc>
        <w:tc>
          <w:tcPr>
            <w:tcW w:w="8220" w:type="dxa"/>
            <w:tcBorders>
              <w:top w:val="single" w:sz="6" w:space="0" w:color="808080"/>
              <w:left w:val="single" w:sz="6" w:space="0" w:color="808080"/>
              <w:bottom w:val="single" w:sz="6" w:space="0" w:color="808080"/>
              <w:right w:val="single" w:sz="6" w:space="0" w:color="808080"/>
            </w:tcBorders>
            <w:vAlign w:val="center"/>
          </w:tcPr>
          <w:p w14:paraId="6CAB0B33" w14:textId="77777777" w:rsidR="00B93F0D" w:rsidRDefault="004829DE">
            <w:r>
              <w:t xml:space="preserve">　　　　　　　　　　　　　　　　　　　　　　　　　　　　　　　　　　　　　　　　　　　　　　　</w:t>
            </w:r>
          </w:p>
        </w:tc>
      </w:tr>
      <w:tr w:rsidR="00B93F0D" w14:paraId="3D81D373" w14:textId="77777777">
        <w:trPr>
          <w:trHeight w:val="52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4E7F84B8" w14:textId="77777777" w:rsidR="00B93F0D" w:rsidRDefault="004829DE">
            <w:pPr>
              <w:jc w:val="center"/>
            </w:pPr>
            <w:r>
              <w:rPr>
                <w:b/>
              </w:rPr>
              <w:t>所在地</w:t>
            </w:r>
          </w:p>
        </w:tc>
        <w:tc>
          <w:tcPr>
            <w:tcW w:w="8220" w:type="dxa"/>
            <w:tcBorders>
              <w:top w:val="single" w:sz="6" w:space="0" w:color="808080"/>
              <w:left w:val="single" w:sz="6" w:space="0" w:color="808080"/>
              <w:bottom w:val="single" w:sz="6" w:space="0" w:color="808080"/>
              <w:right w:val="single" w:sz="6" w:space="0" w:color="808080"/>
            </w:tcBorders>
            <w:vAlign w:val="center"/>
          </w:tcPr>
          <w:p w14:paraId="0D136E79" w14:textId="77777777" w:rsidR="00B93F0D" w:rsidRDefault="004829DE">
            <w:r>
              <w:t>〒　　　－</w:t>
            </w:r>
            <w:r>
              <w:br/>
              <w:t xml:space="preserve">　　　　　　　　　　　　　　　　　　　　　　　　　　　　　　　　　　　　　　　　　　　　　　　</w:t>
            </w:r>
          </w:p>
        </w:tc>
      </w:tr>
      <w:tr w:rsidR="00B93F0D" w14:paraId="32077277" w14:textId="77777777">
        <w:trPr>
          <w:trHeight w:val="36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3899C529" w14:textId="77777777" w:rsidR="00B93F0D" w:rsidRDefault="004829DE">
            <w:pPr>
              <w:jc w:val="center"/>
            </w:pPr>
            <w:r>
              <w:rPr>
                <w:b/>
              </w:rPr>
              <w:t>代表者役職・氏名</w:t>
            </w:r>
          </w:p>
        </w:tc>
        <w:tc>
          <w:tcPr>
            <w:tcW w:w="8220" w:type="dxa"/>
            <w:tcBorders>
              <w:top w:val="single" w:sz="6" w:space="0" w:color="808080"/>
              <w:left w:val="single" w:sz="6" w:space="0" w:color="808080"/>
              <w:bottom w:val="single" w:sz="6" w:space="0" w:color="808080"/>
              <w:right w:val="single" w:sz="6" w:space="0" w:color="808080"/>
            </w:tcBorders>
            <w:vAlign w:val="center"/>
          </w:tcPr>
          <w:p w14:paraId="7E2D7C53" w14:textId="77777777" w:rsidR="00B93F0D" w:rsidRDefault="004829DE">
            <w:r>
              <w:t xml:space="preserve">役職：　　　　　　　　　　　　　　　氏名：　　　　　　　　　　　　　　　　　　</w:t>
            </w:r>
          </w:p>
        </w:tc>
      </w:tr>
      <w:tr w:rsidR="00B93F0D" w14:paraId="2767D081" w14:textId="77777777">
        <w:trPr>
          <w:trHeight w:val="36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62BF11E0" w14:textId="77777777" w:rsidR="00B93F0D" w:rsidRDefault="004829DE">
            <w:pPr>
              <w:jc w:val="center"/>
            </w:pPr>
            <w:r>
              <w:rPr>
                <w:b/>
              </w:rPr>
              <w:t>担当者所属・氏名</w:t>
            </w:r>
          </w:p>
        </w:tc>
        <w:tc>
          <w:tcPr>
            <w:tcW w:w="8220" w:type="dxa"/>
            <w:tcBorders>
              <w:top w:val="single" w:sz="6" w:space="0" w:color="808080"/>
              <w:left w:val="single" w:sz="6" w:space="0" w:color="808080"/>
              <w:bottom w:val="single" w:sz="6" w:space="0" w:color="808080"/>
              <w:right w:val="single" w:sz="6" w:space="0" w:color="808080"/>
            </w:tcBorders>
            <w:vAlign w:val="center"/>
          </w:tcPr>
          <w:p w14:paraId="571DA5A0" w14:textId="77777777" w:rsidR="00B93F0D" w:rsidRDefault="004829DE">
            <w:r>
              <w:t xml:space="preserve">所属：　　　　　　　　　　　　　　　氏名：　　　　　　　　　　　　　　　　　　</w:t>
            </w:r>
          </w:p>
        </w:tc>
      </w:tr>
      <w:tr w:rsidR="00B93F0D" w14:paraId="14924BA7" w14:textId="77777777">
        <w:trPr>
          <w:trHeight w:val="36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54B6B57C" w14:textId="77777777" w:rsidR="00B93F0D" w:rsidRDefault="004829DE">
            <w:pPr>
              <w:jc w:val="center"/>
            </w:pPr>
            <w:r>
              <w:rPr>
                <w:b/>
              </w:rPr>
              <w:t>連絡先</w:t>
            </w:r>
          </w:p>
        </w:tc>
        <w:tc>
          <w:tcPr>
            <w:tcW w:w="8220" w:type="dxa"/>
            <w:tcBorders>
              <w:top w:val="single" w:sz="6" w:space="0" w:color="808080"/>
              <w:left w:val="single" w:sz="6" w:space="0" w:color="808080"/>
              <w:bottom w:val="single" w:sz="6" w:space="0" w:color="808080"/>
              <w:right w:val="single" w:sz="6" w:space="0" w:color="808080"/>
            </w:tcBorders>
            <w:vAlign w:val="center"/>
          </w:tcPr>
          <w:p w14:paraId="005D40F9" w14:textId="77777777" w:rsidR="00B93F0D" w:rsidRDefault="004829DE">
            <w:r>
              <w:t xml:space="preserve">電話：　　　　　　　　　　　　　　　E-mail：　　　　　　　　　　　　　　　　　</w:t>
            </w:r>
          </w:p>
        </w:tc>
      </w:tr>
    </w:tbl>
    <w:p w14:paraId="4B6D0C2D" w14:textId="77777777" w:rsidR="00B93F0D" w:rsidRDefault="004829DE">
      <w:pPr>
        <w:spacing w:before="140" w:after="40"/>
      </w:pPr>
      <w:r>
        <w:rPr>
          <w:b/>
          <w:sz w:val="20"/>
        </w:rPr>
        <w:t>２　対象物件</w:t>
      </w:r>
    </w:p>
    <w:tbl>
      <w:tblPr>
        <w:tblStyle w:val="afe"/>
        <w:tblW w:w="0" w:type="auto"/>
        <w:jc w:val="center"/>
        <w:tblLook w:val="04A0" w:firstRow="1" w:lastRow="0" w:firstColumn="1" w:lastColumn="0" w:noHBand="0" w:noVBand="1"/>
      </w:tblPr>
      <w:tblGrid>
        <w:gridCol w:w="1984"/>
        <w:gridCol w:w="8220"/>
      </w:tblGrid>
      <w:tr w:rsidR="00B93F0D" w14:paraId="66681D53" w14:textId="77777777">
        <w:trPr>
          <w:trHeight w:val="30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3178FFA2" w14:textId="77777777" w:rsidR="00B93F0D" w:rsidRDefault="004829DE">
            <w:pPr>
              <w:jc w:val="center"/>
            </w:pPr>
            <w:r>
              <w:rPr>
                <w:b/>
              </w:rPr>
              <w:t>所在地</w:t>
            </w:r>
          </w:p>
        </w:tc>
        <w:tc>
          <w:tcPr>
            <w:tcW w:w="8220" w:type="dxa"/>
            <w:tcBorders>
              <w:top w:val="single" w:sz="6" w:space="0" w:color="808080"/>
              <w:left w:val="single" w:sz="6" w:space="0" w:color="808080"/>
              <w:bottom w:val="single" w:sz="6" w:space="0" w:color="808080"/>
              <w:right w:val="single" w:sz="6" w:space="0" w:color="808080"/>
            </w:tcBorders>
            <w:vAlign w:val="center"/>
          </w:tcPr>
          <w:p w14:paraId="09F3BB61" w14:textId="77777777" w:rsidR="00B93F0D" w:rsidRDefault="004829DE">
            <w:r>
              <w:t>美園町７番地付近（地番：美園町7-3、7-4）</w:t>
            </w:r>
          </w:p>
        </w:tc>
      </w:tr>
      <w:tr w:rsidR="00B93F0D" w14:paraId="5AF5E73E" w14:textId="77777777">
        <w:trPr>
          <w:trHeight w:val="25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4339F5FC" w14:textId="77777777" w:rsidR="00B93F0D" w:rsidRDefault="004829DE">
            <w:pPr>
              <w:jc w:val="center"/>
            </w:pPr>
            <w:r>
              <w:rPr>
                <w:b/>
              </w:rPr>
              <w:t>登記地目</w:t>
            </w:r>
          </w:p>
        </w:tc>
        <w:tc>
          <w:tcPr>
            <w:tcW w:w="8220" w:type="dxa"/>
            <w:tcBorders>
              <w:top w:val="single" w:sz="6" w:space="0" w:color="808080"/>
              <w:left w:val="single" w:sz="6" w:space="0" w:color="808080"/>
              <w:bottom w:val="single" w:sz="6" w:space="0" w:color="808080"/>
              <w:right w:val="single" w:sz="6" w:space="0" w:color="808080"/>
            </w:tcBorders>
            <w:vAlign w:val="center"/>
          </w:tcPr>
          <w:p w14:paraId="219E8F8D" w14:textId="77777777" w:rsidR="00B93F0D" w:rsidRDefault="004829DE">
            <w:r>
              <w:t>宅地</w:t>
            </w:r>
          </w:p>
        </w:tc>
      </w:tr>
      <w:tr w:rsidR="00B93F0D" w14:paraId="0A06DF77" w14:textId="77777777">
        <w:trPr>
          <w:trHeight w:val="25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26B51941" w14:textId="77777777" w:rsidR="00B93F0D" w:rsidRDefault="004829DE">
            <w:pPr>
              <w:jc w:val="center"/>
            </w:pPr>
            <w:r>
              <w:rPr>
                <w:b/>
              </w:rPr>
              <w:t>面積</w:t>
            </w:r>
          </w:p>
        </w:tc>
        <w:tc>
          <w:tcPr>
            <w:tcW w:w="8220" w:type="dxa"/>
            <w:tcBorders>
              <w:top w:val="single" w:sz="6" w:space="0" w:color="808080"/>
              <w:left w:val="single" w:sz="6" w:space="0" w:color="808080"/>
              <w:bottom w:val="single" w:sz="6" w:space="0" w:color="808080"/>
              <w:right w:val="single" w:sz="6" w:space="0" w:color="808080"/>
            </w:tcBorders>
            <w:vAlign w:val="center"/>
          </w:tcPr>
          <w:p w14:paraId="0C96A364" w14:textId="77777777" w:rsidR="00B93F0D" w:rsidRDefault="004829DE">
            <w:r>
              <w:t>3,754.11㎡</w:t>
            </w:r>
          </w:p>
        </w:tc>
      </w:tr>
    </w:tbl>
    <w:p w14:paraId="44B78B2F" w14:textId="77777777" w:rsidR="00B93F0D" w:rsidRDefault="004829DE">
      <w:pPr>
        <w:spacing w:before="140" w:after="40"/>
      </w:pPr>
      <w:r>
        <w:rPr>
          <w:b/>
          <w:sz w:val="20"/>
        </w:rPr>
        <w:t>３　事業提案・ご意見</w:t>
      </w:r>
    </w:p>
    <w:tbl>
      <w:tblPr>
        <w:tblStyle w:val="afe"/>
        <w:tblW w:w="0" w:type="auto"/>
        <w:jc w:val="center"/>
        <w:tblLook w:val="04A0" w:firstRow="1" w:lastRow="0" w:firstColumn="1" w:lastColumn="0" w:noHBand="0" w:noVBand="1"/>
      </w:tblPr>
      <w:tblGrid>
        <w:gridCol w:w="1984"/>
        <w:gridCol w:w="8220"/>
      </w:tblGrid>
      <w:tr w:rsidR="00B93F0D" w14:paraId="1E012CB8" w14:textId="77777777">
        <w:trPr>
          <w:trHeight w:val="125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50635155" w14:textId="77777777" w:rsidR="00B93F0D" w:rsidRDefault="004829DE">
            <w:pPr>
              <w:jc w:val="center"/>
              <w:rPr>
                <w:lang w:eastAsia="ja-JP"/>
              </w:rPr>
            </w:pPr>
            <w:r>
              <w:rPr>
                <w:b/>
                <w:lang w:eastAsia="ja-JP"/>
              </w:rPr>
              <w:t>① 希望する使用用途</w:t>
            </w:r>
            <w:r>
              <w:rPr>
                <w:b/>
                <w:lang w:eastAsia="ja-JP"/>
              </w:rPr>
              <w:br/>
              <w:t xml:space="preserve">　 および使用範囲</w:t>
            </w:r>
          </w:p>
        </w:tc>
        <w:tc>
          <w:tcPr>
            <w:tcW w:w="8220" w:type="dxa"/>
            <w:tcBorders>
              <w:top w:val="single" w:sz="6" w:space="0" w:color="808080"/>
              <w:left w:val="single" w:sz="6" w:space="0" w:color="808080"/>
              <w:bottom w:val="single" w:sz="6" w:space="0" w:color="808080"/>
              <w:right w:val="single" w:sz="6" w:space="0" w:color="808080"/>
            </w:tcBorders>
            <w:vAlign w:val="center"/>
          </w:tcPr>
          <w:p w14:paraId="0D33F9C2" w14:textId="77777777" w:rsidR="00B93F0D" w:rsidRDefault="004829DE">
            <w:pPr>
              <w:rPr>
                <w:lang w:eastAsia="ja-JP"/>
              </w:rPr>
            </w:pPr>
            <w:r>
              <w:rPr>
                <w:lang w:eastAsia="ja-JP"/>
              </w:rPr>
              <w:t>【使用用途】</w:t>
            </w:r>
            <w:r>
              <w:rPr>
                <w:lang w:eastAsia="ja-JP"/>
              </w:rPr>
              <w:br/>
            </w:r>
            <w:r>
              <w:rPr>
                <w:lang w:eastAsia="ja-JP"/>
              </w:rPr>
              <w:br/>
            </w:r>
            <w:r>
              <w:rPr>
                <w:lang w:eastAsia="ja-JP"/>
              </w:rPr>
              <w:br/>
              <w:t>【使用範囲（敷地全体・一部／概ねの面積・配置等）】</w:t>
            </w:r>
            <w:r>
              <w:rPr>
                <w:lang w:eastAsia="ja-JP"/>
              </w:rPr>
              <w:br/>
            </w:r>
            <w:r>
              <w:rPr>
                <w:lang w:eastAsia="ja-JP"/>
              </w:rPr>
              <w:br/>
            </w:r>
            <w:r>
              <w:rPr>
                <w:lang w:eastAsia="ja-JP"/>
              </w:rPr>
              <w:br/>
            </w:r>
          </w:p>
        </w:tc>
      </w:tr>
      <w:tr w:rsidR="00B93F0D" w14:paraId="76BA7BD6" w14:textId="77777777">
        <w:trPr>
          <w:trHeight w:val="72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2E1D4CE3" w14:textId="77777777" w:rsidR="00B93F0D" w:rsidRDefault="004829DE">
            <w:pPr>
              <w:jc w:val="center"/>
            </w:pPr>
            <w:r>
              <w:rPr>
                <w:b/>
              </w:rPr>
              <w:t xml:space="preserve">② </w:t>
            </w:r>
            <w:proofErr w:type="spellStart"/>
            <w:r>
              <w:rPr>
                <w:b/>
              </w:rPr>
              <w:t>希望する使用期間</w:t>
            </w:r>
            <w:proofErr w:type="spellEnd"/>
          </w:p>
        </w:tc>
        <w:tc>
          <w:tcPr>
            <w:tcW w:w="8220" w:type="dxa"/>
            <w:tcBorders>
              <w:top w:val="single" w:sz="6" w:space="0" w:color="808080"/>
              <w:left w:val="single" w:sz="6" w:space="0" w:color="808080"/>
              <w:bottom w:val="single" w:sz="6" w:space="0" w:color="808080"/>
              <w:right w:val="single" w:sz="6" w:space="0" w:color="808080"/>
            </w:tcBorders>
            <w:vAlign w:val="center"/>
          </w:tcPr>
          <w:p w14:paraId="351B633A" w14:textId="77777777" w:rsidR="00B93F0D" w:rsidRDefault="004829DE">
            <w:pPr>
              <w:rPr>
                <w:lang w:eastAsia="ja-JP"/>
              </w:rPr>
            </w:pPr>
            <w:r>
              <w:rPr>
                <w:lang w:eastAsia="ja-JP"/>
              </w:rPr>
              <w:t>開始希望時期：令和　　年　　月頃　　　使用希望期間：　　　　年　　　か月</w:t>
            </w:r>
            <w:r>
              <w:rPr>
                <w:lang w:eastAsia="ja-JP"/>
              </w:rPr>
              <w:br/>
            </w:r>
            <w:r>
              <w:rPr>
                <w:lang w:eastAsia="ja-JP"/>
              </w:rPr>
              <w:br/>
              <w:t>（期間設定の考え方・更新希望の有無等）</w:t>
            </w:r>
            <w:r>
              <w:rPr>
                <w:lang w:eastAsia="ja-JP"/>
              </w:rPr>
              <w:br/>
            </w:r>
            <w:r>
              <w:rPr>
                <w:lang w:eastAsia="ja-JP"/>
              </w:rPr>
              <w:br/>
            </w:r>
          </w:p>
        </w:tc>
      </w:tr>
      <w:tr w:rsidR="00B93F0D" w14:paraId="51384CAC" w14:textId="77777777">
        <w:trPr>
          <w:trHeight w:val="85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6B2DC3CA" w14:textId="77777777" w:rsidR="00B93F0D" w:rsidRDefault="004829DE">
            <w:pPr>
              <w:jc w:val="center"/>
            </w:pPr>
            <w:r>
              <w:rPr>
                <w:b/>
              </w:rPr>
              <w:t xml:space="preserve">③ </w:t>
            </w:r>
            <w:proofErr w:type="spellStart"/>
            <w:r>
              <w:rPr>
                <w:b/>
              </w:rPr>
              <w:t>希望する事業手法</w:t>
            </w:r>
            <w:proofErr w:type="spellEnd"/>
          </w:p>
        </w:tc>
        <w:tc>
          <w:tcPr>
            <w:tcW w:w="8220" w:type="dxa"/>
            <w:tcBorders>
              <w:top w:val="single" w:sz="6" w:space="0" w:color="808080"/>
              <w:left w:val="single" w:sz="6" w:space="0" w:color="808080"/>
              <w:bottom w:val="single" w:sz="6" w:space="0" w:color="808080"/>
              <w:right w:val="single" w:sz="6" w:space="0" w:color="808080"/>
            </w:tcBorders>
            <w:vAlign w:val="center"/>
          </w:tcPr>
          <w:p w14:paraId="12A6320C" w14:textId="77777777" w:rsidR="004829DE" w:rsidRDefault="004829DE">
            <w:pPr>
              <w:rPr>
                <w:lang w:eastAsia="ja-JP"/>
              </w:rPr>
            </w:pPr>
            <w:r>
              <w:rPr>
                <w:lang w:eastAsia="ja-JP"/>
              </w:rPr>
              <w:t>□ 売却　　　□ 貸付　　　□ 定期借地　　　□ PFI　　　□ その他</w:t>
            </w:r>
            <w:r>
              <w:rPr>
                <w:lang w:eastAsia="ja-JP"/>
              </w:rPr>
              <w:br/>
            </w:r>
            <w:r>
              <w:rPr>
                <w:lang w:eastAsia="ja-JP"/>
              </w:rPr>
              <w:br/>
              <w:t>具体的な希望条件・理由：</w:t>
            </w:r>
            <w:r>
              <w:rPr>
                <w:lang w:eastAsia="ja-JP"/>
              </w:rPr>
              <w:br/>
            </w:r>
            <w:r>
              <w:rPr>
                <w:lang w:eastAsia="ja-JP"/>
              </w:rPr>
              <w:br/>
            </w:r>
          </w:p>
          <w:p w14:paraId="55BD10BF" w14:textId="6DEF5BEB" w:rsidR="00B93F0D" w:rsidRDefault="004829DE">
            <w:pPr>
              <w:rPr>
                <w:lang w:eastAsia="ja-JP"/>
              </w:rPr>
            </w:pPr>
            <w:r>
              <w:rPr>
                <w:lang w:eastAsia="ja-JP"/>
              </w:rPr>
              <w:br/>
            </w:r>
          </w:p>
        </w:tc>
      </w:tr>
      <w:tr w:rsidR="00B93F0D" w14:paraId="10006323" w14:textId="77777777">
        <w:trPr>
          <w:trHeight w:val="110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77E241CA" w14:textId="77777777" w:rsidR="00B93F0D" w:rsidRDefault="004829DE">
            <w:pPr>
              <w:jc w:val="center"/>
              <w:rPr>
                <w:lang w:eastAsia="ja-JP"/>
              </w:rPr>
            </w:pPr>
            <w:r>
              <w:rPr>
                <w:b/>
                <w:lang w:eastAsia="ja-JP"/>
              </w:rPr>
              <w:lastRenderedPageBreak/>
              <w:t>④ 市に対する要望</w:t>
            </w:r>
            <w:r>
              <w:rPr>
                <w:b/>
                <w:lang w:eastAsia="ja-JP"/>
              </w:rPr>
              <w:br/>
              <w:t xml:space="preserve">　 ・条件等</w:t>
            </w:r>
          </w:p>
        </w:tc>
        <w:tc>
          <w:tcPr>
            <w:tcW w:w="8220" w:type="dxa"/>
            <w:tcBorders>
              <w:top w:val="single" w:sz="6" w:space="0" w:color="808080"/>
              <w:left w:val="single" w:sz="6" w:space="0" w:color="808080"/>
              <w:bottom w:val="single" w:sz="6" w:space="0" w:color="808080"/>
              <w:right w:val="single" w:sz="6" w:space="0" w:color="808080"/>
            </w:tcBorders>
            <w:vAlign w:val="center"/>
          </w:tcPr>
          <w:p w14:paraId="3E02E462" w14:textId="77777777" w:rsidR="00B93F0D" w:rsidRDefault="004829DE">
            <w:pPr>
              <w:rPr>
                <w:lang w:eastAsia="ja-JP"/>
              </w:rPr>
            </w:pPr>
            <w:r>
              <w:rPr>
                <w:lang w:eastAsia="ja-JP"/>
              </w:rPr>
              <w:t>（例：契約条件、インフラ整備、法規制・手続、周辺環境への配慮等）</w:t>
            </w:r>
            <w:r>
              <w:rPr>
                <w:lang w:eastAsia="ja-JP"/>
              </w:rPr>
              <w:br/>
            </w:r>
            <w:r>
              <w:rPr>
                <w:lang w:eastAsia="ja-JP"/>
              </w:rPr>
              <w:br/>
            </w:r>
            <w:r>
              <w:rPr>
                <w:lang w:eastAsia="ja-JP"/>
              </w:rPr>
              <w:br/>
            </w:r>
            <w:r>
              <w:rPr>
                <w:lang w:eastAsia="ja-JP"/>
              </w:rPr>
              <w:br/>
            </w:r>
            <w:r>
              <w:rPr>
                <w:lang w:eastAsia="ja-JP"/>
              </w:rPr>
              <w:br/>
            </w:r>
          </w:p>
        </w:tc>
      </w:tr>
      <w:tr w:rsidR="00B93F0D" w14:paraId="39FA264B" w14:textId="77777777">
        <w:trPr>
          <w:trHeight w:val="110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79E7FFE4" w14:textId="77777777" w:rsidR="00B93F0D" w:rsidRDefault="004829DE">
            <w:pPr>
              <w:jc w:val="center"/>
              <w:rPr>
                <w:lang w:eastAsia="ja-JP"/>
              </w:rPr>
            </w:pPr>
            <w:r>
              <w:rPr>
                <w:b/>
                <w:lang w:eastAsia="ja-JP"/>
              </w:rPr>
              <w:t>事業概要・期待される効果</w:t>
            </w:r>
          </w:p>
        </w:tc>
        <w:tc>
          <w:tcPr>
            <w:tcW w:w="8220" w:type="dxa"/>
            <w:tcBorders>
              <w:top w:val="single" w:sz="6" w:space="0" w:color="808080"/>
              <w:left w:val="single" w:sz="6" w:space="0" w:color="808080"/>
              <w:bottom w:val="single" w:sz="6" w:space="0" w:color="808080"/>
              <w:right w:val="single" w:sz="6" w:space="0" w:color="808080"/>
            </w:tcBorders>
            <w:vAlign w:val="center"/>
          </w:tcPr>
          <w:p w14:paraId="5450C749" w14:textId="77777777" w:rsidR="00B93F0D" w:rsidRDefault="004829DE">
            <w:r>
              <w:rPr>
                <w:lang w:eastAsia="ja-JP"/>
              </w:rPr>
              <w:t>（事業内容、想定する利用者、地域・市への効果、雇用等をご記入ください。</w:t>
            </w:r>
            <w:r>
              <w:t>）</w:t>
            </w:r>
            <w:r>
              <w:br/>
            </w:r>
            <w:r>
              <w:br/>
            </w:r>
            <w:r>
              <w:br/>
            </w:r>
            <w:r>
              <w:br/>
            </w:r>
            <w:r>
              <w:br/>
            </w:r>
          </w:p>
        </w:tc>
      </w:tr>
      <w:tr w:rsidR="00B93F0D" w14:paraId="2CF25439" w14:textId="77777777">
        <w:trPr>
          <w:trHeight w:val="700"/>
          <w:jc w:val="center"/>
        </w:trPr>
        <w:tc>
          <w:tcPr>
            <w:tcW w:w="1984" w:type="dxa"/>
            <w:tcBorders>
              <w:top w:val="single" w:sz="6" w:space="0" w:color="808080"/>
              <w:left w:val="single" w:sz="6" w:space="0" w:color="808080"/>
              <w:bottom w:val="single" w:sz="6" w:space="0" w:color="808080"/>
              <w:right w:val="single" w:sz="6" w:space="0" w:color="808080"/>
            </w:tcBorders>
            <w:shd w:val="clear" w:color="auto" w:fill="E7EDF5"/>
            <w:vAlign w:val="center"/>
          </w:tcPr>
          <w:p w14:paraId="4C9BDEDE" w14:textId="77777777" w:rsidR="00B93F0D" w:rsidRDefault="004829DE">
            <w:pPr>
              <w:jc w:val="center"/>
            </w:pPr>
            <w:r>
              <w:rPr>
                <w:b/>
              </w:rPr>
              <w:t>その他・補足事項</w:t>
            </w:r>
          </w:p>
        </w:tc>
        <w:tc>
          <w:tcPr>
            <w:tcW w:w="8220" w:type="dxa"/>
            <w:tcBorders>
              <w:top w:val="single" w:sz="6" w:space="0" w:color="808080"/>
              <w:left w:val="single" w:sz="6" w:space="0" w:color="808080"/>
              <w:bottom w:val="single" w:sz="6" w:space="0" w:color="808080"/>
              <w:right w:val="single" w:sz="6" w:space="0" w:color="808080"/>
            </w:tcBorders>
            <w:vAlign w:val="center"/>
          </w:tcPr>
          <w:p w14:paraId="12C1B967" w14:textId="77777777" w:rsidR="00B93F0D" w:rsidRDefault="004829DE">
            <w:r>
              <w:rPr>
                <w:lang w:eastAsia="ja-JP"/>
              </w:rPr>
              <w:t>（図面、企画書、会社案内等を添付する場合は、添付資料名をご記入ください。</w:t>
            </w:r>
            <w:r>
              <w:t>）</w:t>
            </w:r>
            <w:r>
              <w:br/>
            </w:r>
            <w:r>
              <w:br/>
            </w:r>
            <w:r>
              <w:br/>
            </w:r>
          </w:p>
        </w:tc>
      </w:tr>
    </w:tbl>
    <w:p w14:paraId="6795E433" w14:textId="77777777" w:rsidR="00B93F0D" w:rsidRDefault="004829DE">
      <w:pPr>
        <w:spacing w:before="140" w:after="40"/>
      </w:pPr>
      <w:r>
        <w:rPr>
          <w:b/>
          <w:sz w:val="20"/>
        </w:rPr>
        <w:t>４　確認事項</w:t>
      </w:r>
    </w:p>
    <w:p w14:paraId="7C605C07" w14:textId="77777777" w:rsidR="00B93F0D" w:rsidRDefault="004829DE">
      <w:pPr>
        <w:spacing w:after="40"/>
        <w:ind w:left="170"/>
        <w:rPr>
          <w:lang w:eastAsia="ja-JP"/>
        </w:rPr>
      </w:pPr>
      <w:r>
        <w:rPr>
          <w:lang w:eastAsia="ja-JP"/>
        </w:rPr>
        <w:t>□　私は、当該敷地において自ら事業の実施主体となる意向を有する法人（個人事業主を含む）です。</w:t>
      </w:r>
    </w:p>
    <w:p w14:paraId="17B78124" w14:textId="77777777" w:rsidR="00B93F0D" w:rsidRDefault="004829DE">
      <w:pPr>
        <w:spacing w:after="40"/>
        <w:ind w:left="170"/>
        <w:rPr>
          <w:lang w:eastAsia="ja-JP"/>
        </w:rPr>
      </w:pPr>
      <w:r>
        <w:rPr>
          <w:lang w:eastAsia="ja-JP"/>
        </w:rPr>
        <w:t>□　提出した内容は、館林市が今後の事業手法等を検討するために利用することに同意します。</w:t>
      </w:r>
    </w:p>
    <w:p w14:paraId="3BCF071F" w14:textId="77777777" w:rsidR="004829DE" w:rsidRDefault="004829DE">
      <w:pPr>
        <w:spacing w:after="140"/>
        <w:ind w:left="170"/>
        <w:rPr>
          <w:sz w:val="16"/>
          <w:lang w:eastAsia="ja-JP"/>
        </w:rPr>
      </w:pPr>
      <w:r>
        <w:rPr>
          <w:sz w:val="16"/>
          <w:lang w:eastAsia="ja-JP"/>
        </w:rPr>
        <w:t>※ 本様式に記載しきれない場合は、任意様式を添付してください。</w:t>
      </w:r>
    </w:p>
    <w:p w14:paraId="75E1FAA5" w14:textId="7349A953" w:rsidR="00B93F0D" w:rsidRDefault="004829DE">
      <w:pPr>
        <w:spacing w:after="140"/>
        <w:ind w:left="170"/>
        <w:rPr>
          <w:lang w:eastAsia="ja-JP"/>
        </w:rPr>
      </w:pPr>
      <w:r>
        <w:rPr>
          <w:rFonts w:hint="eastAsia"/>
          <w:sz w:val="16"/>
          <w:lang w:eastAsia="ja-JP"/>
        </w:rPr>
        <w:t>※本書類に記載された内容は、</w:t>
      </w:r>
      <w:r>
        <w:rPr>
          <w:sz w:val="16"/>
          <w:lang w:eastAsia="ja-JP"/>
        </w:rPr>
        <w:t>参加者のノウハウに配慮しつつ、主な意見や方向性が</w:t>
      </w:r>
      <w:r>
        <w:rPr>
          <w:rFonts w:hint="eastAsia"/>
          <w:sz w:val="16"/>
          <w:lang w:eastAsia="ja-JP"/>
        </w:rPr>
        <w:t>市HPに</w:t>
      </w:r>
      <w:r>
        <w:rPr>
          <w:sz w:val="16"/>
          <w:lang w:eastAsia="ja-JP"/>
        </w:rPr>
        <w:t>公表される場合があります。</w:t>
      </w:r>
    </w:p>
    <w:sectPr w:rsidR="00B93F0D" w:rsidSect="00034616">
      <w:footerReference w:type="default" r:id="rId7"/>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04146" w14:textId="77777777" w:rsidR="00AC1BBC" w:rsidRDefault="004829DE">
      <w:pPr>
        <w:spacing w:after="0" w:line="240" w:lineRule="auto"/>
      </w:pPr>
      <w:r>
        <w:separator/>
      </w:r>
    </w:p>
  </w:endnote>
  <w:endnote w:type="continuationSeparator" w:id="0">
    <w:p w14:paraId="5023C036" w14:textId="77777777" w:rsidR="00AC1BBC" w:rsidRDefault="00482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63840" w14:textId="567F5511" w:rsidR="00B93F0D" w:rsidRDefault="00B93F0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99176" w14:textId="77777777" w:rsidR="00AC1BBC" w:rsidRDefault="004829DE">
      <w:pPr>
        <w:spacing w:after="0" w:line="240" w:lineRule="auto"/>
      </w:pPr>
      <w:r>
        <w:separator/>
      </w:r>
    </w:p>
  </w:footnote>
  <w:footnote w:type="continuationSeparator" w:id="0">
    <w:p w14:paraId="17C304FB" w14:textId="77777777" w:rsidR="00AC1BBC" w:rsidRDefault="00482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29DE"/>
    <w:rsid w:val="00AA1D8D"/>
    <w:rsid w:val="00AC1BBC"/>
    <w:rsid w:val="00B16037"/>
    <w:rsid w:val="00B47730"/>
    <w:rsid w:val="00B93F0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E5AAAAB"/>
  <w14:defaultImageDpi w14:val="300"/>
  <w15:docId w15:val="{0E9C4525-7089-4D37-B83A-51FE619A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zaikatsu</cp:lastModifiedBy>
  <cp:revision>3</cp:revision>
  <dcterms:created xsi:type="dcterms:W3CDTF">2026-10-07T05:08:00Z</dcterms:created>
  <dcterms:modified xsi:type="dcterms:W3CDTF">2026-10-15T11:56:00Z</dcterms:modified>
  <cp:category/>
</cp:coreProperties>
</file>